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0DAED3" w14:textId="6F5611E8" w:rsidR="005E5091" w:rsidRDefault="005E5091" w:rsidP="005E5091">
      <w:pPr>
        <w:spacing w:after="0" w:line="240" w:lineRule="auto"/>
        <w:jc w:val="center"/>
        <w:rPr>
          <w:b/>
          <w:bCs/>
          <w:color w:val="EE0000"/>
        </w:rPr>
      </w:pPr>
      <w:r w:rsidRPr="00FB47D9">
        <w:rPr>
          <w:b/>
          <w:bCs/>
          <w:color w:val="EE0000"/>
        </w:rPr>
        <w:t xml:space="preserve">TĂNG CƯỜNG KẾT NỐI </w:t>
      </w:r>
      <w:r>
        <w:rPr>
          <w:b/>
          <w:bCs/>
          <w:color w:val="EE0000"/>
        </w:rPr>
        <w:t>-</w:t>
      </w:r>
      <w:r w:rsidRPr="00FB47D9">
        <w:rPr>
          <w:b/>
          <w:bCs/>
          <w:color w:val="EE0000"/>
        </w:rPr>
        <w:t xml:space="preserve"> THÁO GỠ KHÓ KHĂN </w:t>
      </w:r>
      <w:r>
        <w:rPr>
          <w:b/>
          <w:bCs/>
          <w:color w:val="EE0000"/>
        </w:rPr>
        <w:t>–</w:t>
      </w:r>
      <w:r w:rsidRPr="00FB47D9">
        <w:rPr>
          <w:b/>
          <w:bCs/>
          <w:color w:val="EE0000"/>
        </w:rPr>
        <w:t xml:space="preserve"> </w:t>
      </w:r>
    </w:p>
    <w:p w14:paraId="0D20992C" w14:textId="06D240D4" w:rsidR="00203976" w:rsidRPr="00FB47D9" w:rsidRDefault="005E5091" w:rsidP="005E5091">
      <w:pPr>
        <w:spacing w:after="0" w:line="240" w:lineRule="auto"/>
        <w:jc w:val="center"/>
        <w:rPr>
          <w:b/>
          <w:bCs/>
          <w:color w:val="EE0000"/>
        </w:rPr>
      </w:pPr>
      <w:r w:rsidRPr="00FB47D9">
        <w:rPr>
          <w:b/>
          <w:bCs/>
          <w:color w:val="EE0000"/>
        </w:rPr>
        <w:t>NÂNG CAO CHẤT LƯỢNG GIÁO DỤC</w:t>
      </w:r>
    </w:p>
    <w:p w14:paraId="57D72859" w14:textId="7433BD6A" w:rsidR="005E5091" w:rsidRDefault="000415B1">
      <w:pPr>
        <w:jc w:val="both"/>
      </w:pPr>
      <w:r>
        <w:br/>
      </w:r>
      <w:r w:rsidR="00FB47D9">
        <w:tab/>
        <w:t>N</w:t>
      </w:r>
      <w:r>
        <w:t>gày 20/10/2025</w:t>
      </w:r>
      <w:r w:rsidR="007B1FCA">
        <w:t xml:space="preserve">, </w:t>
      </w:r>
      <w:r>
        <w:t xml:space="preserve">Sở Giáo dục và Đào tạo (GD&amp;ĐT) tỉnh Sơn La tổ chức </w:t>
      </w:r>
      <w:r w:rsidR="005E5091">
        <w:t>Hội nghị giao ban với lãnh đạo các cơ sở giáo dục trực thuộc triển khai nhiệm vụ và giải quyết các khó khăn, vướng mắc của cơ sở giáo dục.</w:t>
      </w:r>
    </w:p>
    <w:p w14:paraId="68023056" w14:textId="0FF8D384" w:rsidR="004D4C39" w:rsidRPr="004D4C39" w:rsidRDefault="004D4C39">
      <w:pPr>
        <w:jc w:val="both"/>
        <w:rPr>
          <w:lang w:val="vi-VN"/>
        </w:rPr>
      </w:pPr>
      <w:r w:rsidRPr="004D4C39">
        <w:rPr>
          <w:noProof/>
          <w:lang w:val="vi-VN"/>
        </w:rPr>
        <w:drawing>
          <wp:inline distT="0" distB="0" distL="0" distR="0" wp14:anchorId="0BA7CA57" wp14:editId="5D4CB815">
            <wp:extent cx="6151880" cy="4613910"/>
            <wp:effectExtent l="0" t="0" r="1270" b="0"/>
            <wp:docPr id="1542319481" name="Hình ảnh 1" descr="Ảnh có chứa trong nhà, trang phục, người, văn bản&#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19481" name="Hình ảnh 1" descr="Ảnh có chứa trong nhà, trang phục, người, văn bản&#10;&#10;Nội dung do AI tạo ra có thể không chính xác."/>
                    <pic:cNvPicPr/>
                  </pic:nvPicPr>
                  <pic:blipFill>
                    <a:blip r:embed="rId6"/>
                    <a:stretch>
                      <a:fillRect/>
                    </a:stretch>
                  </pic:blipFill>
                  <pic:spPr>
                    <a:xfrm>
                      <a:off x="0" y="0"/>
                      <a:ext cx="6151880" cy="4613910"/>
                    </a:xfrm>
                    <a:prstGeom prst="rect">
                      <a:avLst/>
                    </a:prstGeom>
                  </pic:spPr>
                </pic:pic>
              </a:graphicData>
            </a:graphic>
          </wp:inline>
        </w:drawing>
      </w:r>
    </w:p>
    <w:p w14:paraId="6B24E65C" w14:textId="5AF5271D" w:rsidR="00FB47D9" w:rsidRPr="00401626" w:rsidRDefault="00FB47D9" w:rsidP="00FB47D9">
      <w:pPr>
        <w:jc w:val="center"/>
        <w:rPr>
          <w:i/>
          <w:iCs/>
          <w:sz w:val="24"/>
          <w:szCs w:val="18"/>
          <w:lang w:val="vi-VN"/>
        </w:rPr>
      </w:pPr>
      <w:r w:rsidRPr="00401626">
        <w:rPr>
          <w:i/>
          <w:iCs/>
          <w:sz w:val="24"/>
          <w:szCs w:val="18"/>
          <w:lang w:val="vi-VN"/>
        </w:rPr>
        <w:t xml:space="preserve">Đồng chí Nguyễn Văn Chiến </w:t>
      </w:r>
      <w:r w:rsidR="005E5091" w:rsidRPr="00401626">
        <w:rPr>
          <w:i/>
          <w:iCs/>
          <w:sz w:val="24"/>
          <w:szCs w:val="18"/>
          <w:lang w:val="vi-VN"/>
        </w:rPr>
        <w:t>-</w:t>
      </w:r>
      <w:r w:rsidRPr="00401626">
        <w:rPr>
          <w:i/>
          <w:iCs/>
          <w:sz w:val="24"/>
          <w:szCs w:val="18"/>
          <w:lang w:val="vi-VN"/>
        </w:rPr>
        <w:t xml:space="preserve"> Giám đốc Sở GD&amp;ĐT chủ trì hội nghị</w:t>
      </w:r>
    </w:p>
    <w:p w14:paraId="54193AA4" w14:textId="1BE6267B" w:rsidR="004D4C39" w:rsidRDefault="00FB47D9">
      <w:pPr>
        <w:jc w:val="both"/>
        <w:rPr>
          <w:lang w:val="vi-VN"/>
        </w:rPr>
      </w:pPr>
      <w:r w:rsidRPr="00401626">
        <w:rPr>
          <w:lang w:val="vi-VN"/>
        </w:rPr>
        <w:tab/>
      </w:r>
      <w:r w:rsidRPr="004D4C39">
        <w:rPr>
          <w:lang w:val="vi-VN"/>
        </w:rPr>
        <w:t xml:space="preserve">Hội nghị được tổ chức trực tuyến từ </w:t>
      </w:r>
      <w:r w:rsidR="005E5091" w:rsidRPr="00401626">
        <w:rPr>
          <w:lang w:val="vi-VN"/>
        </w:rPr>
        <w:t>Đ</w:t>
      </w:r>
      <w:r w:rsidRPr="004D4C39">
        <w:rPr>
          <w:lang w:val="vi-VN"/>
        </w:rPr>
        <w:t xml:space="preserve">iểm cầu Sở GD&amp;ĐT đến các </w:t>
      </w:r>
      <w:r w:rsidR="00C31772" w:rsidRPr="00401626">
        <w:rPr>
          <w:lang w:val="vi-VN"/>
        </w:rPr>
        <w:t>Đ</w:t>
      </w:r>
      <w:r w:rsidRPr="004D4C39">
        <w:rPr>
          <w:lang w:val="vi-VN"/>
        </w:rPr>
        <w:t xml:space="preserve">iểm cầu cơ sở giáo dục </w:t>
      </w:r>
      <w:r w:rsidR="00343C7E" w:rsidRPr="00401626">
        <w:rPr>
          <w:lang w:val="vi-VN"/>
        </w:rPr>
        <w:t xml:space="preserve">trực thuộc Sở </w:t>
      </w:r>
      <w:r w:rsidRPr="004D4C39">
        <w:rPr>
          <w:lang w:val="vi-VN"/>
        </w:rPr>
        <w:t xml:space="preserve">trên toàn tỉnh thông qua </w:t>
      </w:r>
      <w:r w:rsidR="005E5091" w:rsidRPr="00401626">
        <w:rPr>
          <w:lang w:val="vi-VN"/>
        </w:rPr>
        <w:t>ứng</w:t>
      </w:r>
      <w:r w:rsidRPr="004D4C39">
        <w:rPr>
          <w:lang w:val="vi-VN"/>
        </w:rPr>
        <w:t xml:space="preserve"> dụng App Edu Sơn La. </w:t>
      </w:r>
      <w:r w:rsidR="009A203D" w:rsidRPr="00401626">
        <w:rPr>
          <w:lang w:val="vi-VN"/>
        </w:rPr>
        <w:t>T</w:t>
      </w:r>
      <w:r w:rsidRPr="004D4C39">
        <w:rPr>
          <w:lang w:val="vi-VN"/>
        </w:rPr>
        <w:t xml:space="preserve">ăng cường kết nối, </w:t>
      </w:r>
      <w:r w:rsidR="009E78C8" w:rsidRPr="00401626">
        <w:rPr>
          <w:lang w:val="vi-VN"/>
        </w:rPr>
        <w:t xml:space="preserve">tháo gỡ khó khăn, nâng cao chất lượng giáo dục, </w:t>
      </w:r>
      <w:r w:rsidRPr="004D4C39">
        <w:rPr>
          <w:lang w:val="vi-VN"/>
        </w:rPr>
        <w:t>chỉ đạo điều hành kịp thời</w:t>
      </w:r>
      <w:r w:rsidR="009A203D" w:rsidRPr="00401626">
        <w:rPr>
          <w:lang w:val="vi-VN"/>
        </w:rPr>
        <w:t xml:space="preserve"> các nhiệm vụ của ngành Giáo dục. </w:t>
      </w:r>
    </w:p>
    <w:p w14:paraId="1019D18B" w14:textId="05E33F79" w:rsidR="004D4C39" w:rsidRPr="00C77966" w:rsidRDefault="00FB47D9">
      <w:pPr>
        <w:jc w:val="both"/>
        <w:rPr>
          <w:spacing w:val="-4"/>
          <w:lang w:val="vi-VN"/>
        </w:rPr>
      </w:pPr>
      <w:r w:rsidRPr="00401626">
        <w:rPr>
          <w:lang w:val="vi-VN"/>
        </w:rPr>
        <w:tab/>
      </w:r>
      <w:r w:rsidR="005E5091" w:rsidRPr="00401626">
        <w:rPr>
          <w:spacing w:val="-4"/>
          <w:lang w:val="vi-VN"/>
        </w:rPr>
        <w:t>Đ</w:t>
      </w:r>
      <w:r w:rsidRPr="00C77966">
        <w:rPr>
          <w:spacing w:val="-4"/>
          <w:lang w:val="vi-VN"/>
        </w:rPr>
        <w:t xml:space="preserve">ồng chí Nguyễn Văn Chiến </w:t>
      </w:r>
      <w:r w:rsidR="005E5091" w:rsidRPr="00401626">
        <w:rPr>
          <w:spacing w:val="-4"/>
          <w:lang w:val="vi-VN"/>
        </w:rPr>
        <w:t>-</w:t>
      </w:r>
      <w:r w:rsidRPr="00C77966">
        <w:rPr>
          <w:spacing w:val="-4"/>
          <w:lang w:val="vi-VN"/>
        </w:rPr>
        <w:t xml:space="preserve"> Giám đốc Sở GD&amp;ĐT </w:t>
      </w:r>
      <w:r w:rsidR="005E5091" w:rsidRPr="00401626">
        <w:rPr>
          <w:spacing w:val="-4"/>
          <w:lang w:val="vi-VN"/>
        </w:rPr>
        <w:t xml:space="preserve">tỉnh </w:t>
      </w:r>
      <w:r w:rsidRPr="00C77966">
        <w:rPr>
          <w:spacing w:val="-4"/>
          <w:lang w:val="vi-VN"/>
        </w:rPr>
        <w:t>Sơn La</w:t>
      </w:r>
      <w:r w:rsidR="005E5091" w:rsidRPr="00401626">
        <w:rPr>
          <w:spacing w:val="-4"/>
          <w:lang w:val="vi-VN"/>
        </w:rPr>
        <w:t xml:space="preserve"> chủ trì hội nghị, t</w:t>
      </w:r>
      <w:r w:rsidRPr="00C77966">
        <w:rPr>
          <w:spacing w:val="-4"/>
          <w:lang w:val="vi-VN"/>
        </w:rPr>
        <w:t xml:space="preserve">ham dự tại </w:t>
      </w:r>
      <w:r w:rsidR="005E5091" w:rsidRPr="00401626">
        <w:rPr>
          <w:spacing w:val="-4"/>
          <w:lang w:val="vi-VN"/>
        </w:rPr>
        <w:t>Đ</w:t>
      </w:r>
      <w:r w:rsidRPr="00C77966">
        <w:rPr>
          <w:spacing w:val="-4"/>
          <w:lang w:val="vi-VN"/>
        </w:rPr>
        <w:t xml:space="preserve">iểm cầu Sở GD&amp;ĐT có các đồng chí </w:t>
      </w:r>
      <w:r w:rsidR="00C77966" w:rsidRPr="00401626">
        <w:rPr>
          <w:spacing w:val="-4"/>
          <w:lang w:val="vi-VN"/>
        </w:rPr>
        <w:t xml:space="preserve">Phó Giám đốc, </w:t>
      </w:r>
      <w:r w:rsidRPr="00C77966">
        <w:rPr>
          <w:spacing w:val="-4"/>
          <w:lang w:val="vi-VN"/>
        </w:rPr>
        <w:t xml:space="preserve">lãnh đạo và chuyên viên các phòng chuyên môn, nghiệp vụ, kế toán trưởng cơ quan </w:t>
      </w:r>
      <w:r w:rsidR="00C77966" w:rsidRPr="00401626">
        <w:rPr>
          <w:spacing w:val="-4"/>
          <w:lang w:val="vi-VN"/>
        </w:rPr>
        <w:t>S</w:t>
      </w:r>
      <w:r w:rsidRPr="00C77966">
        <w:rPr>
          <w:spacing w:val="-4"/>
          <w:lang w:val="vi-VN"/>
        </w:rPr>
        <w:t xml:space="preserve">ở. Tại </w:t>
      </w:r>
      <w:r w:rsidR="00C77966" w:rsidRPr="00401626">
        <w:rPr>
          <w:spacing w:val="-4"/>
          <w:lang w:val="vi-VN"/>
        </w:rPr>
        <w:t>Đ</w:t>
      </w:r>
      <w:r w:rsidRPr="00C77966">
        <w:rPr>
          <w:spacing w:val="-4"/>
          <w:lang w:val="vi-VN"/>
        </w:rPr>
        <w:t xml:space="preserve">iểm cầu </w:t>
      </w:r>
      <w:r w:rsidR="00C3589B" w:rsidRPr="00C77966">
        <w:rPr>
          <w:spacing w:val="-4"/>
          <w:lang w:val="vi-VN"/>
        </w:rPr>
        <w:t xml:space="preserve">các </w:t>
      </w:r>
      <w:r w:rsidRPr="00C77966">
        <w:rPr>
          <w:spacing w:val="-4"/>
          <w:lang w:val="vi-VN"/>
        </w:rPr>
        <w:t>cơ sở</w:t>
      </w:r>
      <w:r w:rsidR="00C3589B" w:rsidRPr="00C77966">
        <w:rPr>
          <w:spacing w:val="-4"/>
          <w:lang w:val="vi-VN"/>
        </w:rPr>
        <w:t xml:space="preserve"> trực thuộc:</w:t>
      </w:r>
      <w:r w:rsidRPr="00C77966">
        <w:rPr>
          <w:spacing w:val="-4"/>
          <w:lang w:val="vi-VN"/>
        </w:rPr>
        <w:t xml:space="preserve"> Hiệu trưởng, Phó Hiệu trưởng, Giám đốc, Phó Giám đốc các </w:t>
      </w:r>
      <w:r w:rsidR="00C11BB1" w:rsidRPr="00401626">
        <w:rPr>
          <w:spacing w:val="-4"/>
          <w:lang w:val="vi-VN"/>
        </w:rPr>
        <w:lastRenderedPageBreak/>
        <w:t>T</w:t>
      </w:r>
      <w:r w:rsidRPr="00C77966">
        <w:rPr>
          <w:spacing w:val="-4"/>
          <w:lang w:val="vi-VN"/>
        </w:rPr>
        <w:t xml:space="preserve">rung tâm </w:t>
      </w:r>
      <w:r w:rsidR="00C11BB1" w:rsidRPr="00401626">
        <w:rPr>
          <w:spacing w:val="-4"/>
          <w:lang w:val="vi-VN"/>
        </w:rPr>
        <w:t xml:space="preserve">GDTX </w:t>
      </w:r>
      <w:r w:rsidRPr="00C77966">
        <w:rPr>
          <w:spacing w:val="-4"/>
          <w:lang w:val="vi-VN"/>
        </w:rPr>
        <w:t>tham gia đầy đủ, đảm bảo tính thống nhất và đồng bộ trong công tác điều hành.</w:t>
      </w:r>
    </w:p>
    <w:p w14:paraId="156547DD" w14:textId="61BCE512" w:rsidR="004D4C39" w:rsidRDefault="00C3589B" w:rsidP="00C31772">
      <w:pPr>
        <w:spacing w:line="240" w:lineRule="auto"/>
        <w:jc w:val="both"/>
        <w:rPr>
          <w:lang w:val="vi-VN"/>
        </w:rPr>
      </w:pPr>
      <w:r w:rsidRPr="00401626">
        <w:rPr>
          <w:lang w:val="vi-VN"/>
        </w:rPr>
        <w:tab/>
      </w:r>
      <w:r w:rsidR="00C31772" w:rsidRPr="004D4C39">
        <w:rPr>
          <w:lang w:val="vi-VN"/>
        </w:rPr>
        <w:t xml:space="preserve">Tại hội nghị, các cơ sở giáo dục đã thẳng thắn </w:t>
      </w:r>
      <w:r w:rsidR="000415B1" w:rsidRPr="00401626">
        <w:rPr>
          <w:lang w:val="vi-VN"/>
        </w:rPr>
        <w:t>báo cáo</w:t>
      </w:r>
      <w:r w:rsidR="00C31772" w:rsidRPr="004D4C39">
        <w:rPr>
          <w:lang w:val="vi-VN"/>
        </w:rPr>
        <w:t xml:space="preserve"> những khó khăn trong việc triển khai chương trình giáo dục phổ thông 2018, công tác quản lý </w:t>
      </w:r>
      <w:r w:rsidR="00C31772" w:rsidRPr="00401626">
        <w:rPr>
          <w:lang w:val="vi-VN"/>
        </w:rPr>
        <w:t>trị trường học, chế độ chính sách cho nhà giáo và học sinh</w:t>
      </w:r>
      <w:r w:rsidR="000415B1" w:rsidRPr="00401626">
        <w:rPr>
          <w:lang w:val="vi-VN"/>
        </w:rPr>
        <w:t>, những kiến nghị đề xuất</w:t>
      </w:r>
      <w:r w:rsidR="00C31772" w:rsidRPr="00401626">
        <w:rPr>
          <w:lang w:val="vi-VN"/>
        </w:rPr>
        <w:t xml:space="preserve">. Trên cơ sở ý kiến và </w:t>
      </w:r>
      <w:r w:rsidR="00AB6000" w:rsidRPr="00401626">
        <w:rPr>
          <w:lang w:val="vi-VN"/>
        </w:rPr>
        <w:t xml:space="preserve">báo cáo tổng hợp những </w:t>
      </w:r>
      <w:r w:rsidR="004D4C39" w:rsidRPr="004D4C39">
        <w:rPr>
          <w:lang w:val="vi-VN"/>
        </w:rPr>
        <w:t>khó khăn, vướng mắc và đề xuất kiến nghị của các cơ sở giáo dục.</w:t>
      </w:r>
      <w:r w:rsidR="00AB6000" w:rsidRPr="00401626">
        <w:rPr>
          <w:lang w:val="vi-VN"/>
        </w:rPr>
        <w:t xml:space="preserve"> Các phòng chuyên môn, nghiệp vụ: </w:t>
      </w:r>
      <w:r w:rsidR="004D4C39" w:rsidRPr="004D4C39">
        <w:rPr>
          <w:lang w:val="vi-VN"/>
        </w:rPr>
        <w:t xml:space="preserve">Phòng Giáo dục Trung học và Giáo dục </w:t>
      </w:r>
      <w:r w:rsidR="00AB6000" w:rsidRPr="00401626">
        <w:rPr>
          <w:lang w:val="vi-VN"/>
        </w:rPr>
        <w:t>T</w:t>
      </w:r>
      <w:r w:rsidR="004D4C39" w:rsidRPr="004D4C39">
        <w:rPr>
          <w:lang w:val="vi-VN"/>
        </w:rPr>
        <w:t xml:space="preserve">hường xuyên, Phòng Quản lý chất lượng giáo dục, Phòng Tổ chức cán bộ và Chính trị tư tưởng, Phòng Kế hoạch </w:t>
      </w:r>
      <w:r w:rsidR="00AB6000" w:rsidRPr="00401626">
        <w:rPr>
          <w:lang w:val="vi-VN"/>
        </w:rPr>
        <w:t>-</w:t>
      </w:r>
      <w:r w:rsidR="004D4C39" w:rsidRPr="004D4C39">
        <w:rPr>
          <w:lang w:val="vi-VN"/>
        </w:rPr>
        <w:t xml:space="preserve"> Tài chính, Văn phòng Sở </w:t>
      </w:r>
      <w:r w:rsidR="00AB6000" w:rsidRPr="00401626">
        <w:rPr>
          <w:lang w:val="vi-VN"/>
        </w:rPr>
        <w:t>giải đáp và tri</w:t>
      </w:r>
      <w:r w:rsidR="005E2AF6" w:rsidRPr="00401626">
        <w:rPr>
          <w:lang w:val="vi-VN"/>
        </w:rPr>
        <w:t>ể</w:t>
      </w:r>
      <w:r w:rsidR="00AB6000" w:rsidRPr="00401626">
        <w:rPr>
          <w:lang w:val="vi-VN"/>
        </w:rPr>
        <w:t xml:space="preserve">n </w:t>
      </w:r>
      <w:r w:rsidR="005E2AF6" w:rsidRPr="00401626">
        <w:rPr>
          <w:lang w:val="vi-VN"/>
        </w:rPr>
        <w:t>khai</w:t>
      </w:r>
      <w:r w:rsidR="00AB6000" w:rsidRPr="00401626">
        <w:rPr>
          <w:lang w:val="vi-VN"/>
        </w:rPr>
        <w:t xml:space="preserve"> </w:t>
      </w:r>
      <w:r w:rsidR="005E2AF6" w:rsidRPr="00401626">
        <w:rPr>
          <w:lang w:val="vi-VN"/>
        </w:rPr>
        <w:t xml:space="preserve">các nhiệm vụ </w:t>
      </w:r>
      <w:r w:rsidR="004D4C39" w:rsidRPr="004D4C39">
        <w:rPr>
          <w:lang w:val="vi-VN"/>
        </w:rPr>
        <w:t xml:space="preserve">nhiệm vụ </w:t>
      </w:r>
      <w:r w:rsidR="005E2AF6" w:rsidRPr="00401626">
        <w:rPr>
          <w:lang w:val="vi-VN"/>
        </w:rPr>
        <w:t>năm 2025 và năm học 2025-2026.</w:t>
      </w:r>
    </w:p>
    <w:p w14:paraId="35D5B2A6" w14:textId="50A6ABD5" w:rsidR="00BF5323" w:rsidRPr="00401626" w:rsidRDefault="00C3589B" w:rsidP="00F25492">
      <w:pPr>
        <w:spacing w:line="240" w:lineRule="auto"/>
        <w:jc w:val="both"/>
        <w:rPr>
          <w:lang w:val="vi-VN"/>
        </w:rPr>
      </w:pPr>
      <w:r w:rsidRPr="00F25492">
        <w:rPr>
          <w:lang w:val="vi-VN"/>
        </w:rPr>
        <w:tab/>
      </w:r>
      <w:r w:rsidR="00C31772" w:rsidRPr="00F25492">
        <w:rPr>
          <w:lang w:val="vi-VN"/>
        </w:rPr>
        <w:t>Đ</w:t>
      </w:r>
      <w:r w:rsidRPr="004D4C39">
        <w:rPr>
          <w:lang w:val="vi-VN"/>
        </w:rPr>
        <w:t xml:space="preserve">ồng chí Nguyễn Văn Chiến </w:t>
      </w:r>
      <w:r w:rsidR="00C31772" w:rsidRPr="00F25492">
        <w:rPr>
          <w:lang w:val="vi-VN"/>
        </w:rPr>
        <w:t>-</w:t>
      </w:r>
      <w:r w:rsidRPr="004D4C39">
        <w:rPr>
          <w:lang w:val="vi-VN"/>
        </w:rPr>
        <w:t xml:space="preserve"> Giám đốc Sở GD&amp;ĐT </w:t>
      </w:r>
      <w:r w:rsidR="00F45244" w:rsidRPr="00F25492">
        <w:rPr>
          <w:lang w:val="vi-VN"/>
        </w:rPr>
        <w:t xml:space="preserve">tỉnh </w:t>
      </w:r>
      <w:r w:rsidRPr="004D4C39">
        <w:rPr>
          <w:lang w:val="vi-VN"/>
        </w:rPr>
        <w:t xml:space="preserve">Sơn La </w:t>
      </w:r>
      <w:r w:rsidR="00C31772" w:rsidRPr="00F25492">
        <w:rPr>
          <w:lang w:val="vi-VN"/>
        </w:rPr>
        <w:t>kết luận</w:t>
      </w:r>
      <w:r w:rsidR="00DC6DD8" w:rsidRPr="00F25492">
        <w:rPr>
          <w:lang w:val="vi-VN"/>
        </w:rPr>
        <w:t xml:space="preserve"> chỉ đ</w:t>
      </w:r>
      <w:r w:rsidR="00F25492" w:rsidRPr="00401626">
        <w:rPr>
          <w:lang w:val="vi-VN"/>
        </w:rPr>
        <w:t>ạo</w:t>
      </w:r>
      <w:r w:rsidR="00DC6DD8" w:rsidRPr="00F25492">
        <w:rPr>
          <w:lang w:val="vi-VN"/>
        </w:rPr>
        <w:t xml:space="preserve"> thực hiện các nhiệm vụ: (1) Triển khai các nhiệm vụ trọng tâm: Nâng cao chất lượng giáo dục đại trà và chất lượng </w:t>
      </w:r>
      <w:r w:rsidR="006C0230" w:rsidRPr="00F25492">
        <w:rPr>
          <w:lang w:val="vi-VN"/>
        </w:rPr>
        <w:t xml:space="preserve">giáo dục </w:t>
      </w:r>
      <w:r w:rsidR="00DC6DD8" w:rsidRPr="00F25492">
        <w:rPr>
          <w:lang w:val="vi-VN"/>
        </w:rPr>
        <w:t xml:space="preserve">mũi nhọn; triển khai Chương trình GDPT 2018; Đổi mới phương pháp dạy học và kiểm tra, đánh giá; Công tác ôn </w:t>
      </w:r>
      <w:r w:rsidR="00F25492" w:rsidRPr="00401626">
        <w:rPr>
          <w:lang w:val="vi-VN"/>
        </w:rPr>
        <w:t xml:space="preserve">tập, bổ trợ kiến thức cho học sinh </w:t>
      </w:r>
      <w:r w:rsidR="00DC6DD8" w:rsidRPr="00F25492">
        <w:rPr>
          <w:lang w:val="vi-VN"/>
        </w:rPr>
        <w:t xml:space="preserve">thi </w:t>
      </w:r>
      <w:r w:rsidR="00F25492" w:rsidRPr="00401626">
        <w:rPr>
          <w:lang w:val="vi-VN"/>
        </w:rPr>
        <w:t>t</w:t>
      </w:r>
      <w:r w:rsidR="00DC6DD8" w:rsidRPr="00F25492">
        <w:rPr>
          <w:lang w:val="vi-VN"/>
        </w:rPr>
        <w:t>ốt nghiệp THPT</w:t>
      </w:r>
      <w:r w:rsidR="00944947" w:rsidRPr="00401626">
        <w:rPr>
          <w:lang w:val="vi-VN"/>
        </w:rPr>
        <w:t>; Công tác tổ chức nấu ăn nội trú, bán trú</w:t>
      </w:r>
      <w:r w:rsidR="00DC6DD8" w:rsidRPr="00F25492">
        <w:rPr>
          <w:lang w:val="vi-VN"/>
        </w:rPr>
        <w:t>. (2) Giải quyết khó khăn, vướng mắc</w:t>
      </w:r>
      <w:r w:rsidR="00F25492" w:rsidRPr="00F25492">
        <w:rPr>
          <w:lang w:val="vi-VN"/>
        </w:rPr>
        <w:t xml:space="preserve">: </w:t>
      </w:r>
      <w:r w:rsidR="00DC6DD8" w:rsidRPr="00F25492">
        <w:rPr>
          <w:lang w:val="vi-VN"/>
        </w:rPr>
        <w:t>Biên chế, đội ngũ giáo viên</w:t>
      </w:r>
      <w:r w:rsidR="00F25492" w:rsidRPr="00F25492">
        <w:rPr>
          <w:lang w:val="vi-VN"/>
        </w:rPr>
        <w:t xml:space="preserve">; </w:t>
      </w:r>
      <w:r w:rsidR="00DC6DD8" w:rsidRPr="00F25492">
        <w:rPr>
          <w:lang w:val="vi-VN"/>
        </w:rPr>
        <w:t>Cơ sở vật chất và thiết bị dạy học</w:t>
      </w:r>
      <w:r w:rsidR="00F25492" w:rsidRPr="00F25492">
        <w:rPr>
          <w:lang w:val="vi-VN"/>
        </w:rPr>
        <w:t xml:space="preserve">; </w:t>
      </w:r>
      <w:r w:rsidR="00DC6DD8" w:rsidRPr="00F25492">
        <w:rPr>
          <w:lang w:val="vi-VN"/>
        </w:rPr>
        <w:t>Tăng cường phối hợp</w:t>
      </w:r>
      <w:r w:rsidR="00F25492" w:rsidRPr="00F25492">
        <w:rPr>
          <w:lang w:val="vi-VN"/>
        </w:rPr>
        <w:t xml:space="preserve"> </w:t>
      </w:r>
      <w:r w:rsidR="00DC6DD8" w:rsidRPr="00F25492">
        <w:rPr>
          <w:lang w:val="vi-VN"/>
        </w:rPr>
        <w:t xml:space="preserve">giữa nhà trường, gia đình và xã hội để </w:t>
      </w:r>
      <w:r w:rsidR="00F25492" w:rsidRPr="00F25492">
        <w:rPr>
          <w:lang w:val="vi-VN"/>
        </w:rPr>
        <w:t xml:space="preserve">giáo dục Đức - Trí - Thể - Mỹ </w:t>
      </w:r>
      <w:r w:rsidR="00DC6DD8" w:rsidRPr="00F25492">
        <w:rPr>
          <w:lang w:val="vi-VN"/>
        </w:rPr>
        <w:t>và giải quyết các vấn đề phát sinh.</w:t>
      </w:r>
      <w:r w:rsidR="00F25492" w:rsidRPr="00F25492">
        <w:rPr>
          <w:lang w:val="vi-VN"/>
        </w:rPr>
        <w:t xml:space="preserve"> (3) </w:t>
      </w:r>
      <w:r w:rsidR="00DC6DD8" w:rsidRPr="00F25492">
        <w:rPr>
          <w:lang w:val="vi-VN"/>
        </w:rPr>
        <w:t xml:space="preserve">Chỉ đạo </w:t>
      </w:r>
      <w:r w:rsidR="00F25492" w:rsidRPr="00F25492">
        <w:rPr>
          <w:lang w:val="vi-VN"/>
        </w:rPr>
        <w:t>q</w:t>
      </w:r>
      <w:r w:rsidR="00DC6DD8" w:rsidRPr="00F25492">
        <w:rPr>
          <w:lang w:val="vi-VN"/>
        </w:rPr>
        <w:t xml:space="preserve">uản lý và </w:t>
      </w:r>
      <w:r w:rsidR="00F25492" w:rsidRPr="00F25492">
        <w:rPr>
          <w:lang w:val="vi-VN"/>
        </w:rPr>
        <w:t>k</w:t>
      </w:r>
      <w:r w:rsidR="00DC6DD8" w:rsidRPr="00F25492">
        <w:rPr>
          <w:lang w:val="vi-VN"/>
        </w:rPr>
        <w:t>ỷ luật</w:t>
      </w:r>
      <w:r w:rsidR="00F25492" w:rsidRPr="00F25492">
        <w:rPr>
          <w:lang w:val="vi-VN"/>
        </w:rPr>
        <w:t>: T</w:t>
      </w:r>
      <w:r w:rsidR="00DC6DD8" w:rsidRPr="00F25492">
        <w:rPr>
          <w:lang w:val="vi-VN"/>
        </w:rPr>
        <w:t>ăng cường công tác kiểm tra</w:t>
      </w:r>
      <w:r w:rsidR="00F25492" w:rsidRPr="00F25492">
        <w:rPr>
          <w:lang w:val="vi-VN"/>
        </w:rPr>
        <w:t xml:space="preserve"> chuyên ngành, tự kiểm tra; </w:t>
      </w:r>
      <w:r w:rsidR="00DC6DD8" w:rsidRPr="00F25492">
        <w:rPr>
          <w:lang w:val="vi-VN"/>
        </w:rPr>
        <w:t>Kỷ luật lao động và đạo đức nhà giáo</w:t>
      </w:r>
      <w:r w:rsidR="001C2198" w:rsidRPr="00401626">
        <w:rPr>
          <w:lang w:val="vi-VN"/>
        </w:rPr>
        <w:t>.</w:t>
      </w:r>
    </w:p>
    <w:p w14:paraId="0641D63A" w14:textId="20676DCD" w:rsidR="00DC6DD8" w:rsidRPr="00BF5323" w:rsidRDefault="004E014A" w:rsidP="00BF5323">
      <w:pPr>
        <w:spacing w:line="240" w:lineRule="auto"/>
        <w:jc w:val="right"/>
        <w:rPr>
          <w:i/>
          <w:iCs/>
          <w:lang w:val="vi-VN"/>
        </w:rPr>
      </w:pPr>
      <w:r>
        <w:rPr>
          <w:i/>
          <w:iCs/>
          <w:sz w:val="24"/>
          <w:szCs w:val="18"/>
        </w:rPr>
        <w:t xml:space="preserve">Ảnh </w:t>
      </w:r>
      <w:r w:rsidR="00BF5323" w:rsidRPr="004E014A">
        <w:rPr>
          <w:i/>
          <w:iCs/>
          <w:sz w:val="24"/>
          <w:szCs w:val="18"/>
          <w:lang w:val="vi-VN"/>
        </w:rPr>
        <w:t>tin</w:t>
      </w:r>
      <w:r>
        <w:rPr>
          <w:i/>
          <w:iCs/>
          <w:sz w:val="24"/>
          <w:szCs w:val="18"/>
        </w:rPr>
        <w:t>, bài</w:t>
      </w:r>
      <w:r w:rsidR="00BF5323" w:rsidRPr="004E014A">
        <w:rPr>
          <w:i/>
          <w:iCs/>
          <w:sz w:val="24"/>
          <w:szCs w:val="18"/>
          <w:lang w:val="vi-VN"/>
        </w:rPr>
        <w:t xml:space="preserve">: </w:t>
      </w:r>
      <w:r w:rsidRPr="004E014A">
        <w:rPr>
          <w:i/>
          <w:iCs/>
          <w:sz w:val="24"/>
          <w:szCs w:val="18"/>
          <w:lang w:val="vi-VN"/>
        </w:rPr>
        <w:t>Truyền thông</w:t>
      </w:r>
      <w:r w:rsidR="00BF5323" w:rsidRPr="004E014A">
        <w:rPr>
          <w:i/>
          <w:iCs/>
          <w:sz w:val="24"/>
          <w:szCs w:val="18"/>
          <w:lang w:val="vi-VN"/>
        </w:rPr>
        <w:t xml:space="preserve"> Sở GD&amp;ĐT.</w:t>
      </w:r>
      <w:r w:rsidR="00F25492" w:rsidRPr="004E014A">
        <w:rPr>
          <w:i/>
          <w:iCs/>
          <w:sz w:val="24"/>
          <w:szCs w:val="18"/>
          <w:lang w:val="vi-VN"/>
        </w:rPr>
        <w:t xml:space="preserve"> </w:t>
      </w:r>
    </w:p>
    <w:sectPr w:rsidR="00DC6DD8" w:rsidRPr="00BF5323" w:rsidSect="004D4C39">
      <w:pgSz w:w="12240" w:h="15840"/>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32E54F7"/>
    <w:multiLevelType w:val="multilevel"/>
    <w:tmpl w:val="9C4CB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BF7AE2"/>
    <w:multiLevelType w:val="multilevel"/>
    <w:tmpl w:val="2C8C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285DCA"/>
    <w:multiLevelType w:val="multilevel"/>
    <w:tmpl w:val="9ECA5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4004331">
    <w:abstractNumId w:val="8"/>
  </w:num>
  <w:num w:numId="2" w16cid:durableId="921138709">
    <w:abstractNumId w:val="6"/>
  </w:num>
  <w:num w:numId="3" w16cid:durableId="113251998">
    <w:abstractNumId w:val="5"/>
  </w:num>
  <w:num w:numId="4" w16cid:durableId="308168975">
    <w:abstractNumId w:val="4"/>
  </w:num>
  <w:num w:numId="5" w16cid:durableId="474565824">
    <w:abstractNumId w:val="7"/>
  </w:num>
  <w:num w:numId="6" w16cid:durableId="407314014">
    <w:abstractNumId w:val="3"/>
  </w:num>
  <w:num w:numId="7" w16cid:durableId="715280504">
    <w:abstractNumId w:val="2"/>
  </w:num>
  <w:num w:numId="8" w16cid:durableId="926039239">
    <w:abstractNumId w:val="1"/>
  </w:num>
  <w:num w:numId="9" w16cid:durableId="403380451">
    <w:abstractNumId w:val="0"/>
  </w:num>
  <w:num w:numId="10" w16cid:durableId="914238760">
    <w:abstractNumId w:val="11"/>
  </w:num>
  <w:num w:numId="11" w16cid:durableId="264191104">
    <w:abstractNumId w:val="10"/>
  </w:num>
  <w:num w:numId="12" w16cid:durableId="105928857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415B1"/>
    <w:rsid w:val="0006063C"/>
    <w:rsid w:val="00077DB1"/>
    <w:rsid w:val="00141178"/>
    <w:rsid w:val="0015074B"/>
    <w:rsid w:val="001C2198"/>
    <w:rsid w:val="00203976"/>
    <w:rsid w:val="0029639D"/>
    <w:rsid w:val="002E7A91"/>
    <w:rsid w:val="00326F90"/>
    <w:rsid w:val="00343C7E"/>
    <w:rsid w:val="00351F53"/>
    <w:rsid w:val="003A22E2"/>
    <w:rsid w:val="00401626"/>
    <w:rsid w:val="004D0C0C"/>
    <w:rsid w:val="004D4C39"/>
    <w:rsid w:val="004E014A"/>
    <w:rsid w:val="005E2AF6"/>
    <w:rsid w:val="005E5091"/>
    <w:rsid w:val="006C0230"/>
    <w:rsid w:val="006C5E7D"/>
    <w:rsid w:val="007B1FCA"/>
    <w:rsid w:val="007D50E7"/>
    <w:rsid w:val="007E242A"/>
    <w:rsid w:val="00944947"/>
    <w:rsid w:val="009A203D"/>
    <w:rsid w:val="009E78C8"/>
    <w:rsid w:val="00A12AB5"/>
    <w:rsid w:val="00A261B4"/>
    <w:rsid w:val="00A77BDA"/>
    <w:rsid w:val="00AA1D8D"/>
    <w:rsid w:val="00AB6000"/>
    <w:rsid w:val="00B47730"/>
    <w:rsid w:val="00BF5323"/>
    <w:rsid w:val="00C11BB1"/>
    <w:rsid w:val="00C31772"/>
    <w:rsid w:val="00C3589B"/>
    <w:rsid w:val="00C41312"/>
    <w:rsid w:val="00C77966"/>
    <w:rsid w:val="00C80710"/>
    <w:rsid w:val="00CB0664"/>
    <w:rsid w:val="00DC6DD8"/>
    <w:rsid w:val="00F25492"/>
    <w:rsid w:val="00F27974"/>
    <w:rsid w:val="00F45244"/>
    <w:rsid w:val="00FB47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E5F8D5"/>
  <w14:defaultImageDpi w14:val="300"/>
  <w15:docId w15:val="{31953207-C149-4CD9-BB25-0879B286B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hAnsi="Times New Roman"/>
      <w:sz w:val="28"/>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DC6DD8"/>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1700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2</Pages>
  <Words>365</Words>
  <Characters>2082</Characters>
  <Application>Microsoft Office Word</Application>
  <DocSecurity>0</DocSecurity>
  <Lines>17</Lines>
  <Paragraphs>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Manager/>
  <Company/>
  <LinksUpToDate>false</LinksUpToDate>
  <CharactersWithSpaces>2443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Chiến Trịnh</cp:lastModifiedBy>
  <cp:revision>57</cp:revision>
  <dcterms:created xsi:type="dcterms:W3CDTF">2013-12-23T23:15:00Z</dcterms:created>
  <dcterms:modified xsi:type="dcterms:W3CDTF">2025-10-24T01:57:00Z</dcterms:modified>
  <cp:category/>
</cp:coreProperties>
</file>